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right"/>
        <w:bidi w:val="1"/>
      </w:pPr>
      <w:r>
        <w:rPr>
          <w:rFonts w:ascii="Arial" w:hAnsi="Arial" w:cs="Arial" w:eastAsia="Arial"/>
          <w:b/>
          <w:color w:val="0B2545"/>
          <w:sz w:val="44"/>
        </w:rPr>
        <w:t>???????? ?????? MiniCRM</w:t>
      </w:r>
    </w:p>
    <w:p>
      <w:pPr>
        <w:spacing w:after="280"/>
        <w:jc w:val="right"/>
        <w:bidi w:val="1"/>
      </w:pPr>
      <w:r>
        <w:rPr>
          <w:rFonts w:ascii="Arial" w:hAnsi="Arial" w:cs="Arial" w:eastAsia="Arial"/>
          <w:color w:val="475467"/>
          <w:sz w:val="21"/>
        </w:rPr>
        <w:t>????? ???? ??????????? ?? ???????: https://crm.bistunkavir.com/</w:t>
      </w:r>
    </w:p>
    <w:p>
      <w:pPr>
        <w:pStyle w:val="Heading2"/>
        <w:spacing w:before="8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1. ?????????? ???? 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?????????? {0} ???? ??? ???? ??.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??????: https://crm.bistunkavir.com/q/{1}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2. ??????? ?????? ??????????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?????? ?????????? {0} ?? {1} ???.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??????: https://crm.bistunkavir.com/q/{2}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3. ????? ??????????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?????????? {0} ???? ????? ????? ??.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4. ?? ??????????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?????????? {0} ???? ????? ?? ??.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5. ???? ??????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?????? {0} ???? ??.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???? ??????: {1}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6. ??????? ?????? ??????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??????? ?????? ?????? {0}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??????: {1}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7. ??????? ??????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??????? ??????: {0}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?????: {1}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????: {2}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8. ????? ?????? ?????????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?????? ????? ???: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{0} ??????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{1} ???? ??????????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9. ???? 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 ???? {0} ??? ??.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?????: {1}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10. ???? ???? 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 ???? ??? ???? {0} ??? ??.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11. ???? ?? ???? 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 ????? ?????? ?? ???? {0} ???? ??? ???? ???.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12. ??? SLA 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 SLA ???? {0} ??? ??.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???: {1}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13. ???? ?? 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 ???? ?? ????? ??????? ?? ???? ??? ??????? ????:</w:t>
      </w:r>
      <w:r>
        <w:rPr>
          <w:rFonts w:ascii="Arial" w:hAnsi="Arial" w:cs="Arial" w:eastAsia="Arial"/>
        </w:rPr>
        <w:br/>
      </w:r>
      <w:r>
        <w:rPr>
          <w:rFonts w:ascii="Arial" w:hAnsi="Arial" w:cs="Arial" w:eastAsia="Arial"/>
          <w:color w:val="101828"/>
          <w:sz w:val="23"/>
        </w:rPr>
        <w:t>https://crm.bistunkavir.com/portal/invitations/{0}</w:t>
      </w:r>
    </w:p>
    <w:p>
      <w:pPr>
        <w:pStyle w:val="Heading2"/>
        <w:spacing w:before="200" w:after="80"/>
        <w:jc w:val="right"/>
        <w:bidi w:val="1"/>
        <w:keepNext w:val="1"/>
      </w:pPr>
      <w:r>
        <w:rPr>
          <w:rFonts w:ascii="Arial" w:hAnsi="Arial" w:cs="Arial" w:eastAsia="Arial"/>
          <w:b/>
          <w:color w:val="2E74B5"/>
          <w:sz w:val="26"/>
        </w:rPr>
        <w:t>14. ????? ????? ???? ????????</w:t>
      </w:r>
    </w:p>
    <w:p>
      <w:pPr>
        <w:spacing w:before="0" w:after="140" w:line="324" w:lineRule="auto"/>
        <w:ind w:left="115" w:right="115"/>
        <w:jc w:val="right"/>
        <w:bidi w:val="1"/>
        <w:shd w:fill="F4F6F9" w:val="clear"/>
        <w:pBdr>
          <w:top w:val="single" w:sz="4" w:space="4" w:color="D9E2EC"/>
          <w:left w:val="single" w:sz="4" w:space="4" w:color="D9E2EC"/>
          <w:bottom w:val="single" w:sz="4" w:space="4" w:color="D9E2EC"/>
          <w:right w:val="single" w:sz="4" w:space="4" w:color="D9E2EC"/>
        </w:pBdr>
      </w:pPr>
      <w:r>
        <w:rPr>
          <w:rFonts w:ascii="Arial" w:hAnsi="Arial" w:cs="Arial" w:eastAsia="Arial"/>
          <w:color w:val="101828"/>
          <w:sz w:val="23"/>
        </w:rPr>
        <w:t>???? ???????? {0} ?? ????? {1} ????? ???????.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667085"/>
        <w:sz w:val="18"/>
      </w:rPr>
      <w:t>MiniCRM - SMS Patterns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00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